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240" w:after="160"/>
      </w:pPr>
      <w:r>
        <w:rPr>
          <w:rFonts w:ascii="Calibri" w:hAnsi="Calibri"/>
          <w:b/>
          <w:color w:val="1F4E78"/>
          <w:sz w:val="32"/>
        </w:rPr>
        <w:t>1. FOOD AND DRINK</w:t>
      </w:r>
    </w:p>
    <w:p>
      <w:pPr>
        <w:spacing w:after="120" w:line="276" w:lineRule="auto"/>
      </w:pPr>
      <w:r>
        <w:t>Food and drink are an important part of everyday life. People need food not only to survive, but also to stay healthy and enjoy social life. Eating habits are different in every country and culture.</w:t>
      </w:r>
    </w:p>
    <w:p>
      <w:pPr>
        <w:spacing w:after="120" w:line="276" w:lineRule="auto"/>
      </w:pPr>
      <w:r>
        <w:t>During the day, people usually eat several meals. In the Czech Republic, the most common meals are breakfast, snack, lunch, afternoon snack and dinner.</w:t>
      </w:r>
    </w:p>
    <w:p>
      <w:pPr>
        <w:spacing w:after="120" w:line="276" w:lineRule="auto"/>
      </w:pPr>
      <w:r>
        <w:t>Breakfast is usually eaten in the morning before school or work. People often eat bread with butter, cheese or ham. Some people prefer sweet breakfasts such as cereal, yoghurt, pancakes or fruit. Many adults drink coffee or tea.</w:t>
      </w:r>
    </w:p>
    <w:p>
      <w:pPr>
        <w:spacing w:after="120" w:line="276" w:lineRule="auto"/>
      </w:pPr>
      <w:r>
        <w:t>Lunch is usually the biggest meal of the day. Traditional Czech lunches often include soup and a main course. Typical Czech meals are sirloin with dumplings and cranberries, goulash, schnitzel with potato salad, roast duck with dumplings and cabbage or fried cheese.</w:t>
      </w:r>
    </w:p>
    <w:p>
      <w:pPr>
        <w:spacing w:after="120" w:line="276" w:lineRule="auto"/>
      </w:pPr>
      <w:r>
        <w:t>Dinner is usually lighter than lunch. People often eat salads, sandwiches, pasta or leftovers from lunch.</w:t>
      </w:r>
    </w:p>
    <w:p>
      <w:pPr>
        <w:spacing w:after="120" w:line="276" w:lineRule="auto"/>
      </w:pPr>
      <w:r>
        <w:t>Nowadays, healthy eating is a very important topic. People try to eat more fruit and vegetables and less sugar, salt and fat. Healthy food contains vitamins, minerals and enough protein. People should also drink enough water.</w:t>
      </w:r>
    </w:p>
    <w:p>
      <w:pPr>
        <w:spacing w:after="120" w:line="276" w:lineRule="auto"/>
      </w:pPr>
      <w:r>
        <w:t>Unfortunately, many people eat unhealthy food. Fast food restaurants such as McDonald's or KFC are very popular because the food is cheap and quick. However, fast food often contains too much fat, sugar and calories.</w:t>
      </w:r>
    </w:p>
    <w:p>
      <w:pPr>
        <w:spacing w:after="120" w:line="276" w:lineRule="auto"/>
      </w:pPr>
      <w:r>
        <w:t>Obesity and eating disorders are serious problems today. Some people also follow special diets, for example vegetarian, vegan or gluten-free diets.</w:t>
      </w:r>
    </w:p>
    <w:p>
      <w:pPr>
        <w:spacing w:after="120" w:line="276" w:lineRule="auto"/>
      </w:pPr>
      <w:r>
        <w:t>Cooking is an important skill. Some people love cooking and baking because it helps them relax. Popular desserts include cakes, ice cream, pancakes and chocolate desserts.</w:t>
      </w:r>
    </w:p>
    <w:p>
      <w:pPr>
        <w:spacing w:after="120" w:line="276" w:lineRule="auto"/>
      </w:pPr>
      <w:r>
        <w:t>Restaurants are also important. When people go to a restaurant, they usually order from a menu, eat their meal and then pay the bill. Good restaurants should have delicious food, clean spaces and friendly waiters.</w:t>
      </w:r>
    </w:p>
    <w:p>
      <w:pPr>
        <w:spacing w:after="120" w:line="276" w:lineRule="auto"/>
      </w:pPr>
      <w:r>
        <w:t>Drinks are an important part of meals. People drink water, juice, lemonade, tea or coffee. Adults often drink beer or wine. The Czech Republic is famous for beer production.</w:t>
      </w:r>
    </w:p>
    <w:p>
      <w:pPr>
        <w:spacing w:after="120" w:line="276" w:lineRule="auto"/>
      </w:pPr>
      <w:r>
        <w:t>Food is connected with traditions and celebrations. At Christmas, Czech people usually eat carp and potato salad. At Easter, people prepare traditional cakes and sweets.</w:t>
      </w:r>
    </w:p>
    <w:p>
      <w:pPr>
        <w:spacing w:after="120" w:line="276" w:lineRule="auto"/>
      </w:pPr>
      <w:r>
        <w:t>Personally, I enjoy eating homemade food because it is healthier and tastier. My favourite meals are pasta and traditional Czech dishes. I also like going to restaurants with friends or family because food brings people together.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