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240" w:after="160"/>
      </w:pPr>
      <w:r>
        <w:rPr>
          <w:rFonts w:ascii="Calibri" w:hAnsi="Calibri"/>
          <w:b/>
          <w:color w:val="1F4E78"/>
          <w:sz w:val="32"/>
        </w:rPr>
        <w:t>2. FAMILY AND FRIENDS</w:t>
      </w:r>
    </w:p>
    <w:p>
      <w:pPr>
        <w:spacing w:after="120" w:line="276" w:lineRule="auto"/>
      </w:pPr>
      <w:r>
        <w:t>Family and friends are among the most important people in our lives. They give us love, support, help and company. People spend a lot of time with their family and friends, and good relationships are necessary for a happy life.</w:t>
      </w:r>
    </w:p>
    <w:p>
      <w:pPr>
        <w:spacing w:after="120" w:line="276" w:lineRule="auto"/>
      </w:pPr>
      <w:r>
        <w:t>There are different types of families. A nuclear family usually consists of parents and children. An extended family also includes grandparents, uncles, aunts and cousins. Nowadays, there are also single-parent families or patchwork families.</w:t>
      </w:r>
    </w:p>
    <w:p>
      <w:pPr>
        <w:spacing w:after="120" w:line="276" w:lineRule="auto"/>
      </w:pPr>
      <w:r>
        <w:t>Relationships in a family should be based on love, trust, communication and respect. Parents usually take care of children, teach them good manners and help them prepare for life. Children should respect their parents and help with household chores.</w:t>
      </w:r>
    </w:p>
    <w:p>
      <w:pPr>
        <w:spacing w:after="120" w:line="276" w:lineRule="auto"/>
      </w:pPr>
      <w:r>
        <w:t>Families often spend time together during weekends or holidays. They celebrate birthdays, Christmas, Easter or weddings together. Family traditions are important because they strengthen relationships.</w:t>
      </w:r>
    </w:p>
    <w:p>
      <w:pPr>
        <w:spacing w:after="120" w:line="276" w:lineRule="auto"/>
      </w:pPr>
      <w:r>
        <w:t>Nowadays, family life is often busy because people spend a lot of time at work or school. Technology also influences communication because many people spend more time on phones and social media.</w:t>
      </w:r>
    </w:p>
    <w:p>
      <w:pPr>
        <w:spacing w:after="120" w:line="276" w:lineRule="auto"/>
      </w:pPr>
      <w:r>
        <w:t>Friends are also very important. A true friend should be honest, kind, loyal, funny and reliable. Good friends help each other in difficult situations and share happy moments together.</w:t>
      </w:r>
    </w:p>
    <w:p>
      <w:pPr>
        <w:spacing w:after="120" w:line="276" w:lineRule="auto"/>
      </w:pPr>
      <w:r>
        <w:t>People usually meet friends at school, work, hobbies or online. Young people often communicate through social media and messaging applications.</w:t>
      </w:r>
    </w:p>
    <w:p>
      <w:pPr>
        <w:spacing w:after="120" w:line="276" w:lineRule="auto"/>
      </w:pPr>
      <w:r>
        <w:t>Friendships sometimes have problems and arguments. In these situations, communication and compromise are very important.</w:t>
      </w:r>
    </w:p>
    <w:p>
      <w:pPr>
        <w:spacing w:after="120" w:line="276" w:lineRule="auto"/>
      </w:pPr>
      <w:r>
        <w:t>I think family and friends are necessary because people need support, understanding and love.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