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240" w:after="160"/>
      </w:pPr>
      <w:r>
        <w:rPr>
          <w:rFonts w:ascii="Calibri" w:hAnsi="Calibri"/>
          <w:b/>
          <w:color w:val="1F4E78"/>
          <w:sz w:val="32"/>
        </w:rPr>
        <w:t>3. FREE TIME AND HOBBIES</w:t>
      </w:r>
    </w:p>
    <w:p>
      <w:pPr>
        <w:spacing w:after="120" w:line="276" w:lineRule="auto"/>
      </w:pPr>
      <w:r>
        <w:t>Free time is very important because people need rest and relaxation after school or work. Hobbies help people reduce stress, improve skills and enjoy life.</w:t>
      </w:r>
    </w:p>
    <w:p>
      <w:pPr>
        <w:spacing w:after="120" w:line="276" w:lineRule="auto"/>
      </w:pPr>
      <w:r>
        <w:t>People spend free time in many different ways. Some people prefer active hobbies such as football, swimming, cycling, fitness or hiking. Sports improve health and physical condition.</w:t>
      </w:r>
    </w:p>
    <w:p>
      <w:pPr>
        <w:spacing w:after="120" w:line="276" w:lineRule="auto"/>
      </w:pPr>
      <w:r>
        <w:t>Other people prefer relaxing hobbies such as reading books, listening to music, watching films or spending time with family.</w:t>
      </w:r>
    </w:p>
    <w:p>
      <w:pPr>
        <w:spacing w:after="120" w:line="276" w:lineRule="auto"/>
      </w:pPr>
      <w:r>
        <w:t>Creative hobbies include painting, photography, dancing, drawing or playing musical instruments. These activities help people express emotions and creativity.</w:t>
      </w:r>
    </w:p>
    <w:p>
      <w:pPr>
        <w:spacing w:after="120" w:line="276" w:lineRule="auto"/>
      </w:pPr>
      <w:r>
        <w:t>Travelling is another popular hobby because people enjoy discovering new places and cultures.</w:t>
      </w:r>
    </w:p>
    <w:p>
      <w:pPr>
        <w:spacing w:after="120" w:line="276" w:lineRule="auto"/>
      </w:pPr>
      <w:r>
        <w:t>Technology is also a common part of free time. Many people spend hours on social media, computers or video games. Technology can be entertaining, but too much screen time is unhealthy.</w:t>
      </w:r>
    </w:p>
    <w:p>
      <w:pPr>
        <w:spacing w:after="120" w:line="276" w:lineRule="auto"/>
      </w:pPr>
      <w:r>
        <w:t>Hobbies are important for mental health because they help people forget problems and responsibilities.</w:t>
      </w:r>
    </w:p>
    <w:p>
      <w:pPr>
        <w:spacing w:after="120" w:line="276" w:lineRule="auto"/>
      </w:pPr>
      <w:r>
        <w:t>Children and adults often have different hobbies. Young people usually enjoy games and sports, while older people prefer gardening, cooking or travelling.</w:t>
      </w:r>
    </w:p>
    <w:p>
      <w:pPr>
        <w:spacing w:after="120" w:line="276" w:lineRule="auto"/>
      </w:pPr>
      <w:r>
        <w:t>Personally, I like spending time with friends, listening to music and travelling.</w:t>
      </w:r>
    </w:p>
    <w:p>
      <w:pPr>
        <w:spacing w:after="120" w:line="276" w:lineRule="auto"/>
      </w:pPr>
      <w:r>
        <w:t>I think everyone should have hobbies because they make life more enjoyable and less stressful.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